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 · הפעיל · נשארו: ר־ם · שורש: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 · קל · נשארו: י־ר־ד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 · קל · נשארו: י־ש־ב · שורש: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מסכם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„צִפּוּ”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צ־י/ו־פ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צ־פ־י/ה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נ־צ־פ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השורש של „נָסַעְנוּ”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ס־י/ו־ע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נ־ס־ע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השורש של „הוֹרִידָה”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