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השיעור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עיקרי השיעור: מושגים, שיטת הבלש וזיהוי 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📖 השיעור (מסכם).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בצירה: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הֵקִים – ע״ו/י; הִפִּיל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הה׳ במפיק נשמעת – שורש שלם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י/ו־ל־ד – הנ׳ מוספית של נפעל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הוֹרִיד · הפעיל · נשארו: ו־ר־ד · שורש: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הוֹשִׁיב · הפעיל · נשארו: ו־ש־ב · שורש: 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הֻגַּשׁ · הופעל · נשארו: גּ־ש · שורש: נ־ג־ש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הִתְעוֹרֵר · התפעל · נשארו: ע־ו־ר · שורש: 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נ׳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־וֹת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מבחן הפעיל: מעבירים להפעיל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ז־י/ו־ז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י/ו־ב־ל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ש־ת־י/ה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מסכם · השיעור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השיעור – מסכם: כל הגזרות יחד.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„הוא אתמול” של ל״ה/י מסתיים בצליל ָה.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בהפעיל, פ״י/ו נשמע בדרך כלל הוֹ־: הוֹרִיד.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 של ע״ו/י הה׳ מנוקדת בחיריק: „הִקִים”.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הֵקִים והִפִּיל שייכים לאותה גזרה.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 אחרי השמטת המוספיות נשארו 2 אותיות בלי דגש – חסרה י/ו באמצע.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בגָּבַהּ (מלשון גובה) השורש מגזרת ל״ה/י.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השורש של נוֹלַד הוא נ־ל־ד.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לְהוֹרִיד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הוֹשִׁיבָה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הֻגַּשׁ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הֻגַּשׁ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הִתְעוֹרֵר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הִתְעוֹרֵר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הבנה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עושים בצעד הראשון?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מעבירים ל„הוא אתמול”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סופרים אותיות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מוסיפים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נשארו 2 אותיות ויש דגש בראשונה. מה חסר?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ה׳ בסוף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איך מסתיים שם הפועל בגזרת ל״ה/י?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־וֹת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־ִים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־ָה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קיבלתם תבנית הוּ_ַ_ ולא בטוחים בגזרה.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מבחן הפעיל: מעבירים להפעיל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מוסיפים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סופרים את הניקוד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השורש של „הוּזְזוּ”?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ז־ז־י/ה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י/ו־ז־ז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נ־ז־ז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ז־י/ו־ז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מה השורש של „הוּבַל”?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י/ו־ב־ל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ב־י/ו־ל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נ־ב־ל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ב־ל־י/ה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 השורש של „שָׁתָה”?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ש־י/ו־ת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ש־ת־י/ה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נ־ש־ת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י/ו־ש־ת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סיכום במילים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הסבירו במילים שלכם: איך מוצאים את השורש של פועל מהגזרה שלמדנו? תנו דוגמה אחת משלכם.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הצעדים לפי הסדר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הוסיפו דוגמה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ציינו את הסימן המיוחד של הגזרה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„הִתְעוֹרֵר”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השיעור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