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התאמה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🔗 התאמה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מסכם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התאמה.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נִבְנָה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הֵעִיר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ע־י/ו־ר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ר־א־י/ה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רָאִינוּ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נ־כ־ר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המשפחה טָסָה לחופשה בצפון אירופה.  ←  הפועל: טָסָה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הטבח הוֹסִיף מעט מלח למרק.  ←  הפועל: הוֹסִיף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„נִבְנָה”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התאמה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