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מסכם · התאמה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להתאים פעלים לשורשים ולבניינים.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🔗 התאמה (מסכם).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נ־כ־ר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י/ו־ב־ל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י/ו־ל־ד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פיעל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נפעל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🔗 מסכם · התאמה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התאמה.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התאמה: פועל ← שורש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הִכַּרְתִּי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י/ו־ב־ל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הִפִּילָה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י/ו־ל־ד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הוֹבִיל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ב־נ־י/ה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בָּנוּ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נ־פ־ל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נוֹלַד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נ־כ־ר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התאמה: פועל ← בניין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הבניין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אִישַׁן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הפעיל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כִּבָּה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פיעל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הֵקִימוּ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קל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נִבְנָה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נפעל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השלימו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הפועל: הֵבַנְתִּי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הפועל: נָפַל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הפועל: הִפִּילָה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משפחת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שורש אחד מהדף וכתבו 4 מילים מאותה משפחה (פעלים או שמות).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למשל: ק־י/ו־ם ← קָם, הֵקִים, מָקוֹם, תְּקוּמָה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„עָלָה”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מסכם · התאמה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