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האות החסרה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לזהות איזו אות שורש חסרה או נחה – ואיפה.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🔍 האות החסרה (מסכם).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 · באמצע · ב־י/ו־ן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י/ה · בסוף · ש־ק־י/ה ·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י/ה · בסוף · ק־נ־י/ה ·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 · בהתחלה · נ־פ־ל ·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נ־ב־ט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מסכם · האות החסרה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האות החסרה.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ב־י/ו־ן  |  ב־נ־י/ה  |  ז־י/ו־ז  |  ט־י/ו־ס  |  י/ו־ב־ל  |  י/ו־ד־ע  |  י/ו־ל־ד  |  י/ו־ס־ף  |  י/ו־ר־ד  |  י/ו־ש־ב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האות החסרה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איזו אות חסרה (נ / י/ו / י/ה), איפה היא (בהתחלה / באמצע / בסוף), ואת הגזרה.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השורש עם חור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האות ומקומה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הֵבַנְתִּי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ב־___־ן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הִשְׁקָה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ש־ק־___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יִקְנוּ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ק־נ־___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הִפִּילָה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___־פ־ל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האות החסרה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„כִּבָּה” – השורש כ־ב־___. איזו אות חסרה?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„הוֹסִיף” – השורש ___־ס־ף. איזו אות חסרה?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„שָׁתָה” – השורש ש־ת־___. איזו אות חסרה?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כתבו את השורש המלא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הוא הִבִּיט בכוכבים מהמרפסת.  ←  הפועל: הִבִּיט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השעון הֵעִיר אותי בשבע.  ←  הפועל: הֵעִיר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האות שהתחבאה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3 משפטים משלכם עם פעלים שחסרה בהם אות שורש. סמנו את הפועל וכתבו את השורש.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פועל אחד מכל גזרה – אם אפשר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„הֵקִימוּ”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האות החסרה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